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804" w:rsidRPr="00A07EA3" w:rsidRDefault="00605047" w:rsidP="00A07EA3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A07EA3">
        <w:rPr>
          <w:rFonts w:ascii="Times New Roman" w:hAnsi="Times New Roman" w:cs="Times New Roman"/>
          <w:b/>
        </w:rPr>
        <w:t>EDITAL 02/2026</w:t>
      </w:r>
    </w:p>
    <w:bookmarkEnd w:id="0"/>
    <w:p w:rsidR="00EC7804" w:rsidRPr="00A07EA3" w:rsidRDefault="00605047">
      <w:pPr>
        <w:rPr>
          <w:rFonts w:ascii="Times New Roman" w:hAnsi="Times New Roman" w:cs="Times New Roman"/>
        </w:rPr>
      </w:pPr>
      <w:r w:rsidRPr="00A07EA3">
        <w:rPr>
          <w:rFonts w:ascii="Times New Roman" w:hAnsi="Times New Roman" w:cs="Times New Roman"/>
          <w:b/>
        </w:rPr>
        <w:t>ANEXO A - TERMO DE CONSENTIMENTO E AUTORIZAÇÃO COLETIVA DE EQUIPE PARA USO DE IMAGEM E VOZ E AUTORIZAÇÃO PARA POSTAGEM DE PRODUTO DE LIVRE ACESSO</w:t>
      </w:r>
    </w:p>
    <w:p w:rsidR="00EC7804" w:rsidRPr="00A07EA3" w:rsidRDefault="00605047">
      <w:pPr>
        <w:rPr>
          <w:rFonts w:ascii="Times New Roman" w:hAnsi="Times New Roman" w:cs="Times New Roman"/>
        </w:rPr>
      </w:pPr>
      <w:r w:rsidRPr="00A07EA3">
        <w:rPr>
          <w:rFonts w:ascii="Times New Roman" w:hAnsi="Times New Roman" w:cs="Times New Roman"/>
        </w:rPr>
        <w:t xml:space="preserve">Nós, abaixo </w:t>
      </w:r>
      <w:proofErr w:type="spellStart"/>
      <w:r w:rsidRPr="00A07EA3">
        <w:rPr>
          <w:rFonts w:ascii="Times New Roman" w:hAnsi="Times New Roman" w:cs="Times New Roman"/>
        </w:rPr>
        <w:t>assinados</w:t>
      </w:r>
      <w:proofErr w:type="spellEnd"/>
      <w:r w:rsidRPr="00A07EA3">
        <w:rPr>
          <w:rFonts w:ascii="Times New Roman" w:hAnsi="Times New Roman" w:cs="Times New Roman"/>
        </w:rPr>
        <w:t xml:space="preserve">, </w:t>
      </w:r>
      <w:proofErr w:type="spellStart"/>
      <w:r w:rsidRPr="00A07EA3">
        <w:rPr>
          <w:rFonts w:ascii="Times New Roman" w:hAnsi="Times New Roman" w:cs="Times New Roman"/>
        </w:rPr>
        <w:t>integrantes</w:t>
      </w:r>
      <w:proofErr w:type="spellEnd"/>
      <w:r w:rsidRPr="00A07EA3">
        <w:rPr>
          <w:rFonts w:ascii="Times New Roman" w:hAnsi="Times New Roman" w:cs="Times New Roman"/>
        </w:rPr>
        <w:t xml:space="preserve"> do </w:t>
      </w:r>
      <w:proofErr w:type="spellStart"/>
      <w:r w:rsidR="00A07EA3" w:rsidRPr="00A07EA3">
        <w:rPr>
          <w:rFonts w:ascii="Times New Roman" w:hAnsi="Times New Roman" w:cs="Times New Roman"/>
        </w:rPr>
        <w:t>trabalho</w:t>
      </w:r>
      <w:proofErr w:type="spellEnd"/>
      <w:r w:rsidR="00A07EA3" w:rsidRPr="00A07EA3">
        <w:rPr>
          <w:rFonts w:ascii="Times New Roman" w:hAnsi="Times New Roman" w:cs="Times New Roman"/>
        </w:rPr>
        <w:t xml:space="preserve">  </w:t>
      </w:r>
      <w:proofErr w:type="spellStart"/>
      <w:r w:rsidR="00A07EA3" w:rsidRPr="00A07EA3">
        <w:rPr>
          <w:rFonts w:ascii="Times New Roman" w:hAnsi="Times New Roman" w:cs="Times New Roman"/>
          <w:b/>
          <w:color w:val="FF0000"/>
        </w:rPr>
        <w:t>Escrever</w:t>
      </w:r>
      <w:proofErr w:type="spellEnd"/>
      <w:r w:rsidR="00A07EA3" w:rsidRPr="00A07EA3">
        <w:rPr>
          <w:rFonts w:ascii="Times New Roman" w:hAnsi="Times New Roman" w:cs="Times New Roman"/>
          <w:b/>
          <w:color w:val="FF0000"/>
        </w:rPr>
        <w:t xml:space="preserve"> o </w:t>
      </w:r>
      <w:proofErr w:type="spellStart"/>
      <w:r w:rsidR="00A07EA3" w:rsidRPr="00A07EA3">
        <w:rPr>
          <w:rFonts w:ascii="Times New Roman" w:hAnsi="Times New Roman" w:cs="Times New Roman"/>
          <w:b/>
          <w:color w:val="FF0000"/>
        </w:rPr>
        <w:t>título</w:t>
      </w:r>
      <w:proofErr w:type="spellEnd"/>
      <w:r w:rsidR="00A07EA3" w:rsidRPr="00A07EA3">
        <w:rPr>
          <w:rFonts w:ascii="Times New Roman" w:hAnsi="Times New Roman" w:cs="Times New Roman"/>
          <w:b/>
          <w:color w:val="FF0000"/>
        </w:rPr>
        <w:t xml:space="preserve"> do </w:t>
      </w:r>
      <w:proofErr w:type="spellStart"/>
      <w:r w:rsidR="00A07EA3" w:rsidRPr="00A07EA3">
        <w:rPr>
          <w:rFonts w:ascii="Times New Roman" w:hAnsi="Times New Roman" w:cs="Times New Roman"/>
          <w:b/>
          <w:color w:val="FF0000"/>
        </w:rPr>
        <w:t>trabalho</w:t>
      </w:r>
      <w:proofErr w:type="spellEnd"/>
      <w:r w:rsidR="00A07EA3" w:rsidRPr="00A07EA3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="00A07EA3" w:rsidRPr="00A07EA3">
        <w:rPr>
          <w:rFonts w:ascii="Times New Roman" w:hAnsi="Times New Roman" w:cs="Times New Roman"/>
          <w:b/>
          <w:color w:val="FF0000"/>
        </w:rPr>
        <w:t>submetido</w:t>
      </w:r>
      <w:proofErr w:type="spellEnd"/>
      <w:r w:rsidR="00A07EA3" w:rsidRPr="00A07EA3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="00A07EA3" w:rsidRPr="00A07EA3">
        <w:rPr>
          <w:rFonts w:ascii="Times New Roman" w:hAnsi="Times New Roman" w:cs="Times New Roman"/>
          <w:b/>
          <w:color w:val="FF0000"/>
        </w:rPr>
        <w:t>aqui</w:t>
      </w:r>
      <w:proofErr w:type="spellEnd"/>
      <w:r w:rsidR="00A07EA3" w:rsidRPr="00A07EA3">
        <w:rPr>
          <w:rFonts w:ascii="Times New Roman" w:hAnsi="Times New Roman" w:cs="Times New Roman"/>
          <w:b/>
          <w:color w:val="FF0000"/>
        </w:rPr>
        <w:t xml:space="preserve"> </w:t>
      </w:r>
      <w:r w:rsidRPr="00A07EA3">
        <w:rPr>
          <w:rFonts w:ascii="Times New Roman" w:hAnsi="Times New Roman" w:cs="Times New Roman"/>
        </w:rPr>
        <w:t xml:space="preserve">, </w:t>
      </w:r>
      <w:proofErr w:type="spellStart"/>
      <w:r w:rsidRPr="00A07EA3">
        <w:rPr>
          <w:rFonts w:ascii="Times New Roman" w:hAnsi="Times New Roman" w:cs="Times New Roman"/>
        </w:rPr>
        <w:t>submetido</w:t>
      </w:r>
      <w:proofErr w:type="spellEnd"/>
      <w:r w:rsidRPr="00A07EA3">
        <w:rPr>
          <w:rFonts w:ascii="Times New Roman" w:hAnsi="Times New Roman" w:cs="Times New Roman"/>
        </w:rPr>
        <w:t xml:space="preserve"> </w:t>
      </w:r>
      <w:proofErr w:type="spellStart"/>
      <w:r w:rsidRPr="00A07EA3">
        <w:rPr>
          <w:rFonts w:ascii="Times New Roman" w:hAnsi="Times New Roman" w:cs="Times New Roman"/>
        </w:rPr>
        <w:t>ao</w:t>
      </w:r>
      <w:proofErr w:type="spellEnd"/>
      <w:r w:rsidRPr="00A07EA3">
        <w:rPr>
          <w:rFonts w:ascii="Times New Roman" w:hAnsi="Times New Roman" w:cs="Times New Roman"/>
        </w:rPr>
        <w:t xml:space="preserve"> </w:t>
      </w:r>
      <w:proofErr w:type="spellStart"/>
      <w:r w:rsidRPr="00A07EA3">
        <w:rPr>
          <w:rFonts w:ascii="Times New Roman" w:hAnsi="Times New Roman" w:cs="Times New Roman"/>
        </w:rPr>
        <w:t>Edital</w:t>
      </w:r>
      <w:proofErr w:type="spellEnd"/>
      <w:r w:rsidRPr="00A07EA3">
        <w:rPr>
          <w:rFonts w:ascii="Times New Roman" w:hAnsi="Times New Roman" w:cs="Times New Roman"/>
        </w:rPr>
        <w:t xml:space="preserve"> Nº 02/2026 da FECITBA-PA, orientado pelo(a) professor(a)</w:t>
      </w:r>
      <w:r w:rsidRPr="00A07EA3">
        <w:rPr>
          <w:rFonts w:ascii="Times New Roman" w:hAnsi="Times New Roman" w:cs="Times New Roman"/>
          <w:b/>
          <w:color w:val="FF0000"/>
        </w:rPr>
        <w:t xml:space="preserve"> </w:t>
      </w:r>
      <w:r w:rsidR="00A07EA3" w:rsidRPr="00A07EA3">
        <w:rPr>
          <w:rFonts w:ascii="Times New Roman" w:hAnsi="Times New Roman" w:cs="Times New Roman"/>
          <w:b/>
          <w:color w:val="FF0000"/>
        </w:rPr>
        <w:t xml:space="preserve">Nome do </w:t>
      </w:r>
      <w:proofErr w:type="spellStart"/>
      <w:r w:rsidR="00A07EA3" w:rsidRPr="00A07EA3">
        <w:rPr>
          <w:rFonts w:ascii="Times New Roman" w:hAnsi="Times New Roman" w:cs="Times New Roman"/>
          <w:b/>
          <w:color w:val="FF0000"/>
        </w:rPr>
        <w:t>orientador</w:t>
      </w:r>
      <w:proofErr w:type="spellEnd"/>
      <w:r w:rsidR="00A07EA3" w:rsidRPr="00A07EA3">
        <w:rPr>
          <w:rFonts w:ascii="Times New Roman" w:hAnsi="Times New Roman" w:cs="Times New Roman"/>
          <w:b/>
          <w:color w:val="FF0000"/>
        </w:rPr>
        <w:t xml:space="preserve"> principal </w:t>
      </w:r>
      <w:proofErr w:type="spellStart"/>
      <w:r w:rsidR="00A07EA3" w:rsidRPr="00A07EA3">
        <w:rPr>
          <w:rFonts w:ascii="Times New Roman" w:hAnsi="Times New Roman" w:cs="Times New Roman"/>
          <w:b/>
          <w:color w:val="FF0000"/>
        </w:rPr>
        <w:t>aqui</w:t>
      </w:r>
      <w:proofErr w:type="spellEnd"/>
      <w:r w:rsidRPr="00A07EA3">
        <w:rPr>
          <w:rFonts w:ascii="Times New Roman" w:hAnsi="Times New Roman" w:cs="Times New Roman"/>
        </w:rPr>
        <w:t xml:space="preserve"> e </w:t>
      </w:r>
      <w:proofErr w:type="spellStart"/>
      <w:r w:rsidRPr="00A07EA3">
        <w:rPr>
          <w:rFonts w:ascii="Times New Roman" w:hAnsi="Times New Roman" w:cs="Times New Roman"/>
        </w:rPr>
        <w:t>coorientado</w:t>
      </w:r>
      <w:proofErr w:type="spellEnd"/>
      <w:r w:rsidRPr="00A07EA3">
        <w:rPr>
          <w:rFonts w:ascii="Times New Roman" w:hAnsi="Times New Roman" w:cs="Times New Roman"/>
        </w:rPr>
        <w:t xml:space="preserve">(a) </w:t>
      </w:r>
      <w:proofErr w:type="spellStart"/>
      <w:r w:rsidRPr="00A07EA3">
        <w:rPr>
          <w:rFonts w:ascii="Times New Roman" w:hAnsi="Times New Roman" w:cs="Times New Roman"/>
        </w:rPr>
        <w:t>por</w:t>
      </w:r>
      <w:proofErr w:type="spellEnd"/>
      <w:r w:rsidRPr="00A07EA3">
        <w:rPr>
          <w:rFonts w:ascii="Times New Roman" w:hAnsi="Times New Roman" w:cs="Times New Roman"/>
        </w:rPr>
        <w:t xml:space="preserve"> </w:t>
      </w:r>
      <w:r w:rsidR="00A07EA3" w:rsidRPr="00A07EA3">
        <w:rPr>
          <w:rFonts w:ascii="Times New Roman" w:hAnsi="Times New Roman" w:cs="Times New Roman"/>
          <w:b/>
          <w:color w:val="FF0000"/>
        </w:rPr>
        <w:t xml:space="preserve">Nome(s) do(s) </w:t>
      </w:r>
      <w:proofErr w:type="spellStart"/>
      <w:r w:rsidR="00A07EA3" w:rsidRPr="00A07EA3">
        <w:rPr>
          <w:rFonts w:ascii="Times New Roman" w:hAnsi="Times New Roman" w:cs="Times New Roman"/>
          <w:b/>
          <w:color w:val="FF0000"/>
        </w:rPr>
        <w:t>coorientado</w:t>
      </w:r>
      <w:proofErr w:type="spellEnd"/>
      <w:r w:rsidR="00A07EA3" w:rsidRPr="00A07EA3">
        <w:rPr>
          <w:rFonts w:ascii="Times New Roman" w:hAnsi="Times New Roman" w:cs="Times New Roman"/>
          <w:b/>
          <w:color w:val="FF0000"/>
        </w:rPr>
        <w:t>(</w:t>
      </w:r>
      <w:proofErr w:type="spellStart"/>
      <w:r w:rsidR="00A07EA3" w:rsidRPr="00A07EA3">
        <w:rPr>
          <w:rFonts w:ascii="Times New Roman" w:hAnsi="Times New Roman" w:cs="Times New Roman"/>
          <w:b/>
          <w:color w:val="FF0000"/>
        </w:rPr>
        <w:t>es</w:t>
      </w:r>
      <w:proofErr w:type="spellEnd"/>
      <w:r w:rsidR="00A07EA3" w:rsidRPr="00A07EA3">
        <w:rPr>
          <w:rFonts w:ascii="Times New Roman" w:hAnsi="Times New Roman" w:cs="Times New Roman"/>
          <w:b/>
          <w:color w:val="FF0000"/>
        </w:rPr>
        <w:t xml:space="preserve">) </w:t>
      </w:r>
      <w:proofErr w:type="spellStart"/>
      <w:r w:rsidR="00A07EA3" w:rsidRPr="00A07EA3">
        <w:rPr>
          <w:rFonts w:ascii="Times New Roman" w:hAnsi="Times New Roman" w:cs="Times New Roman"/>
          <w:b/>
          <w:color w:val="FF0000"/>
        </w:rPr>
        <w:t>aqui</w:t>
      </w:r>
      <w:proofErr w:type="spellEnd"/>
      <w:r w:rsidRPr="00A07EA3">
        <w:rPr>
          <w:rFonts w:ascii="Times New Roman" w:hAnsi="Times New Roman" w:cs="Times New Roman"/>
        </w:rPr>
        <w:t xml:space="preserve">, </w:t>
      </w:r>
      <w:proofErr w:type="spellStart"/>
      <w:r w:rsidRPr="00A07EA3">
        <w:rPr>
          <w:rFonts w:ascii="Times New Roman" w:hAnsi="Times New Roman" w:cs="Times New Roman"/>
        </w:rPr>
        <w:t>vinculados</w:t>
      </w:r>
      <w:proofErr w:type="spellEnd"/>
      <w:r w:rsidRPr="00A07EA3">
        <w:rPr>
          <w:rFonts w:ascii="Times New Roman" w:hAnsi="Times New Roman" w:cs="Times New Roman"/>
        </w:rPr>
        <w:t xml:space="preserve"> à Escola </w:t>
      </w:r>
      <w:r w:rsidR="00A07EA3" w:rsidRPr="00A07EA3">
        <w:rPr>
          <w:rFonts w:ascii="Times New Roman" w:hAnsi="Times New Roman" w:cs="Times New Roman"/>
          <w:b/>
          <w:color w:val="FF0000"/>
        </w:rPr>
        <w:t xml:space="preserve">Nome complete da </w:t>
      </w:r>
      <w:proofErr w:type="spellStart"/>
      <w:r w:rsidR="00A07EA3" w:rsidRPr="00A07EA3">
        <w:rPr>
          <w:rFonts w:ascii="Times New Roman" w:hAnsi="Times New Roman" w:cs="Times New Roman"/>
          <w:b/>
          <w:color w:val="FF0000"/>
        </w:rPr>
        <w:t>escola</w:t>
      </w:r>
      <w:proofErr w:type="spellEnd"/>
      <w:r w:rsidRPr="00A07EA3">
        <w:rPr>
          <w:rFonts w:ascii="Times New Roman" w:hAnsi="Times New Roman" w:cs="Times New Roman"/>
        </w:rPr>
        <w:t xml:space="preserve">, do </w:t>
      </w:r>
      <w:proofErr w:type="spellStart"/>
      <w:r w:rsidRPr="00A07EA3">
        <w:rPr>
          <w:rFonts w:ascii="Times New Roman" w:hAnsi="Times New Roman" w:cs="Times New Roman"/>
        </w:rPr>
        <w:t>município</w:t>
      </w:r>
      <w:proofErr w:type="spellEnd"/>
      <w:r w:rsidRPr="00A07EA3">
        <w:rPr>
          <w:rFonts w:ascii="Times New Roman" w:hAnsi="Times New Roman" w:cs="Times New Roman"/>
        </w:rPr>
        <w:t xml:space="preserve"> de</w:t>
      </w:r>
      <w:r w:rsidR="00A07EA3" w:rsidRPr="00A07EA3">
        <w:rPr>
          <w:rFonts w:ascii="Times New Roman" w:hAnsi="Times New Roman" w:cs="Times New Roman"/>
          <w:b/>
          <w:color w:val="FF0000"/>
        </w:rPr>
        <w:t xml:space="preserve"> Nome do </w:t>
      </w:r>
      <w:proofErr w:type="spellStart"/>
      <w:r w:rsidR="00A07EA3" w:rsidRPr="00A07EA3">
        <w:rPr>
          <w:rFonts w:ascii="Times New Roman" w:hAnsi="Times New Roman" w:cs="Times New Roman"/>
          <w:b/>
          <w:color w:val="FF0000"/>
        </w:rPr>
        <w:t>Município</w:t>
      </w:r>
      <w:proofErr w:type="spellEnd"/>
      <w:r w:rsidRPr="00A07EA3">
        <w:rPr>
          <w:rFonts w:ascii="Times New Roman" w:hAnsi="Times New Roman" w:cs="Times New Roman"/>
        </w:rPr>
        <w:t xml:space="preserve"> Estado do </w:t>
      </w:r>
      <w:proofErr w:type="spellStart"/>
      <w:r w:rsidR="00A07EA3" w:rsidRPr="00A07EA3">
        <w:rPr>
          <w:rFonts w:ascii="Times New Roman" w:hAnsi="Times New Roman" w:cs="Times New Roman"/>
        </w:rPr>
        <w:t>Pará</w:t>
      </w:r>
      <w:proofErr w:type="spellEnd"/>
      <w:r w:rsidRPr="00A07EA3">
        <w:rPr>
          <w:rFonts w:ascii="Times New Roman" w:hAnsi="Times New Roman" w:cs="Times New Roman"/>
        </w:rPr>
        <w:t xml:space="preserve">, </w:t>
      </w:r>
      <w:proofErr w:type="spellStart"/>
      <w:r w:rsidRPr="00A07EA3">
        <w:rPr>
          <w:rFonts w:ascii="Times New Roman" w:hAnsi="Times New Roman" w:cs="Times New Roman"/>
        </w:rPr>
        <w:t>declaramos</w:t>
      </w:r>
      <w:proofErr w:type="spellEnd"/>
      <w:r w:rsidRPr="00A07EA3">
        <w:rPr>
          <w:rFonts w:ascii="Times New Roman" w:hAnsi="Times New Roman" w:cs="Times New Roman"/>
        </w:rPr>
        <w:t>:</w:t>
      </w:r>
    </w:p>
    <w:p w:rsidR="00EC7804" w:rsidRPr="00A07EA3" w:rsidRDefault="00605047">
      <w:pPr>
        <w:rPr>
          <w:rFonts w:ascii="Times New Roman" w:hAnsi="Times New Roman" w:cs="Times New Roman"/>
        </w:rPr>
      </w:pPr>
      <w:r w:rsidRPr="00A07EA3">
        <w:rPr>
          <w:rFonts w:ascii="Times New Roman" w:hAnsi="Times New Roman" w:cs="Times New Roman"/>
        </w:rPr>
        <w:t>1. AUTORIZAMOS nossa participação e o uso de nossos dados pessoais por parte da coordenação e orientadores para inscrição do projeto na feira, que serão utilizados para fins de identificação, avaliação, comunicação, confecção de certificad</w:t>
      </w:r>
      <w:r w:rsidRPr="00A07EA3">
        <w:rPr>
          <w:rFonts w:ascii="Times New Roman" w:hAnsi="Times New Roman" w:cs="Times New Roman"/>
        </w:rPr>
        <w:t>os e publicação de resultados.</w:t>
      </w:r>
    </w:p>
    <w:p w:rsidR="00EC7804" w:rsidRPr="00A07EA3" w:rsidRDefault="00605047">
      <w:pPr>
        <w:rPr>
          <w:rFonts w:ascii="Times New Roman" w:hAnsi="Times New Roman" w:cs="Times New Roman"/>
        </w:rPr>
      </w:pPr>
      <w:r w:rsidRPr="00A07EA3">
        <w:rPr>
          <w:rFonts w:ascii="Times New Roman" w:hAnsi="Times New Roman" w:cs="Times New Roman"/>
        </w:rPr>
        <w:t>2. AUTORIZAMOS o uso de nossas imagens e registros em áudio e vídeo, realizados durante o projeto e a exposição no evento, concedendo permissão para exibição no canal da FECITBA, caso o projeto seja selecionado como finalista</w:t>
      </w:r>
      <w:r w:rsidRPr="00A07EA3">
        <w:rPr>
          <w:rFonts w:ascii="Times New Roman" w:hAnsi="Times New Roman" w:cs="Times New Roman"/>
        </w:rPr>
        <w:t>.</w:t>
      </w:r>
    </w:p>
    <w:p w:rsidR="00EC7804" w:rsidRPr="00A07EA3" w:rsidRDefault="00605047">
      <w:pPr>
        <w:rPr>
          <w:rFonts w:ascii="Times New Roman" w:hAnsi="Times New Roman" w:cs="Times New Roman"/>
        </w:rPr>
      </w:pPr>
      <w:r w:rsidRPr="00A07EA3">
        <w:rPr>
          <w:rFonts w:ascii="Times New Roman" w:hAnsi="Times New Roman" w:cs="Times New Roman"/>
        </w:rPr>
        <w:t>3. AUTORIZAMOS a disponibilização do produto final em repositório de livre acesso para uso pedagógico por outros educadores.</w:t>
      </w:r>
    </w:p>
    <w:p w:rsidR="00EC7804" w:rsidRPr="00A07EA3" w:rsidRDefault="00605047">
      <w:pPr>
        <w:rPr>
          <w:rFonts w:ascii="Times New Roman" w:hAnsi="Times New Roman" w:cs="Times New Roman"/>
        </w:rPr>
      </w:pPr>
      <w:r w:rsidRPr="00A07EA3">
        <w:rPr>
          <w:rFonts w:ascii="Times New Roman" w:hAnsi="Times New Roman" w:cs="Times New Roman"/>
        </w:rPr>
        <w:t>4. Estamos cientes de que a divulgação tem caráter institucional, pedagógico e de divulgação científica, sem fins comerciais, e q</w:t>
      </w:r>
      <w:r w:rsidRPr="00A07EA3">
        <w:rPr>
          <w:rFonts w:ascii="Times New Roman" w:hAnsi="Times New Roman" w:cs="Times New Roman"/>
        </w:rPr>
        <w:t>ue as imagens poderão aparecer nos canais oficiais do evento (redes sociais, site, relatórios).</w:t>
      </w:r>
    </w:p>
    <w:p w:rsidR="00EC7804" w:rsidRPr="00A07EA3" w:rsidRDefault="00605047">
      <w:pPr>
        <w:rPr>
          <w:rFonts w:ascii="Times New Roman" w:hAnsi="Times New Roman" w:cs="Times New Roman"/>
        </w:rPr>
      </w:pPr>
      <w:r w:rsidRPr="00A07EA3">
        <w:rPr>
          <w:rFonts w:ascii="Times New Roman" w:hAnsi="Times New Roman" w:cs="Times New Roman"/>
        </w:rPr>
        <w:t>5. Declaramos ciência de que, para os integrantes menores de idade, a validade desta autorização depende da assinatura e do número de CPF do respectivo responsá</w:t>
      </w:r>
      <w:r w:rsidRPr="00A07EA3">
        <w:rPr>
          <w:rFonts w:ascii="Times New Roman" w:hAnsi="Times New Roman" w:cs="Times New Roman"/>
        </w:rPr>
        <w:t>vel legal na tabela abaixo.</w:t>
      </w:r>
    </w:p>
    <w:p w:rsidR="00EC7804" w:rsidRPr="00A07EA3" w:rsidRDefault="00605047">
      <w:pPr>
        <w:rPr>
          <w:rFonts w:ascii="Times New Roman" w:hAnsi="Times New Roman" w:cs="Times New Roman"/>
        </w:rPr>
      </w:pPr>
      <w:r w:rsidRPr="00A07EA3">
        <w:rPr>
          <w:rFonts w:ascii="Times New Roman" w:hAnsi="Times New Roman" w:cs="Times New Roman"/>
        </w:rPr>
        <w:t>Local e data: ____________________________________________________________</w:t>
      </w:r>
    </w:p>
    <w:p w:rsidR="00A07EA3" w:rsidRPr="00A07EA3" w:rsidRDefault="00A07EA3">
      <w:pPr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85"/>
        <w:gridCol w:w="1811"/>
        <w:gridCol w:w="2448"/>
        <w:gridCol w:w="2448"/>
        <w:gridCol w:w="2448"/>
      </w:tblGrid>
      <w:tr w:rsidR="00EC7804" w:rsidRPr="00A07EA3" w:rsidTr="00A07EA3">
        <w:tc>
          <w:tcPr>
            <w:tcW w:w="3085" w:type="dxa"/>
          </w:tcPr>
          <w:p w:rsidR="00EC7804" w:rsidRPr="00A07EA3" w:rsidRDefault="00605047" w:rsidP="00A07EA3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t>Nome</w:t>
            </w:r>
            <w:r w:rsidR="00A07EA3" w:rsidRPr="00A07E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07EA3" w:rsidRPr="00A07EA3">
              <w:rPr>
                <w:rFonts w:ascii="Times New Roman" w:hAnsi="Times New Roman" w:cs="Times New Roman"/>
              </w:rPr>
              <w:t>completo</w:t>
            </w:r>
            <w:proofErr w:type="spellEnd"/>
            <w:r w:rsidRPr="00A07EA3">
              <w:rPr>
                <w:rFonts w:ascii="Times New Roman" w:hAnsi="Times New Roman" w:cs="Times New Roman"/>
              </w:rPr>
              <w:t xml:space="preserve"> do(a) </w:t>
            </w:r>
            <w:proofErr w:type="spellStart"/>
            <w:r w:rsidRPr="00A07EA3">
              <w:rPr>
                <w:rFonts w:ascii="Times New Roman" w:hAnsi="Times New Roman" w:cs="Times New Roman"/>
              </w:rPr>
              <w:t>Participante</w:t>
            </w:r>
            <w:proofErr w:type="spellEnd"/>
            <w:r w:rsidR="00A07EA3" w:rsidRPr="00A07EA3">
              <w:rPr>
                <w:rFonts w:ascii="Times New Roman" w:hAnsi="Times New Roman" w:cs="Times New Roman"/>
              </w:rPr>
              <w:t xml:space="preserve"> </w:t>
            </w:r>
            <w:r w:rsidRPr="00A07EA3">
              <w:rPr>
                <w:rFonts w:ascii="Times New Roman" w:hAnsi="Times New Roman" w:cs="Times New Roman"/>
              </w:rPr>
              <w:t>(</w:t>
            </w:r>
            <w:proofErr w:type="spellStart"/>
            <w:r w:rsidRPr="00A07EA3">
              <w:rPr>
                <w:rFonts w:ascii="Times New Roman" w:hAnsi="Times New Roman" w:cs="Times New Roman"/>
              </w:rPr>
              <w:t>Estudante</w:t>
            </w:r>
            <w:proofErr w:type="spellEnd"/>
            <w:r w:rsidRPr="00A07EA3">
              <w:rPr>
                <w:rFonts w:ascii="Times New Roman" w:hAnsi="Times New Roman" w:cs="Times New Roman"/>
              </w:rPr>
              <w:t>/Professor)</w:t>
            </w:r>
          </w:p>
        </w:tc>
        <w:tc>
          <w:tcPr>
            <w:tcW w:w="1811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t>CPF do Participante</w:t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t>Assinatura do Participante</w:t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t>Assinatura do Responsável Legal</w:t>
            </w:r>
            <w:r w:rsidRPr="00A07EA3">
              <w:rPr>
                <w:rFonts w:ascii="Times New Roman" w:hAnsi="Times New Roman" w:cs="Times New Roman"/>
              </w:rPr>
              <w:br/>
              <w:t>(Obrigatório p/ menores)</w:t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t>CPF</w:t>
            </w:r>
            <w:r w:rsidRPr="00A07EA3">
              <w:rPr>
                <w:rFonts w:ascii="Times New Roman" w:hAnsi="Times New Roman" w:cs="Times New Roman"/>
              </w:rPr>
              <w:t xml:space="preserve"> do Responsável Legal</w:t>
            </w:r>
          </w:p>
        </w:tc>
      </w:tr>
      <w:tr w:rsidR="00EC7804" w:rsidRPr="00A07EA3" w:rsidTr="00A07EA3">
        <w:trPr>
          <w:trHeight w:val="774"/>
        </w:trPr>
        <w:tc>
          <w:tcPr>
            <w:tcW w:w="3085" w:type="dxa"/>
          </w:tcPr>
          <w:p w:rsidR="00EC7804" w:rsidRPr="00A07EA3" w:rsidRDefault="00605047" w:rsidP="00A07EA3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lastRenderedPageBreak/>
              <w:br/>
            </w:r>
          </w:p>
        </w:tc>
        <w:tc>
          <w:tcPr>
            <w:tcW w:w="1811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</w:tr>
      <w:tr w:rsidR="00EC7804" w:rsidRPr="00A07EA3" w:rsidTr="00A07EA3">
        <w:trPr>
          <w:trHeight w:val="774"/>
        </w:trPr>
        <w:tc>
          <w:tcPr>
            <w:tcW w:w="3085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11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</w:tr>
      <w:tr w:rsidR="00EC7804" w:rsidRPr="00A07EA3" w:rsidTr="00A07EA3">
        <w:trPr>
          <w:trHeight w:val="774"/>
        </w:trPr>
        <w:tc>
          <w:tcPr>
            <w:tcW w:w="3085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11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</w:tr>
      <w:tr w:rsidR="00EC7804" w:rsidRPr="00A07EA3" w:rsidTr="00A07EA3">
        <w:trPr>
          <w:trHeight w:val="774"/>
        </w:trPr>
        <w:tc>
          <w:tcPr>
            <w:tcW w:w="3085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11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</w:tr>
      <w:tr w:rsidR="00EC7804" w:rsidRPr="00A07EA3" w:rsidTr="00A07EA3">
        <w:trPr>
          <w:trHeight w:val="774"/>
        </w:trPr>
        <w:tc>
          <w:tcPr>
            <w:tcW w:w="3085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11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8" w:type="dxa"/>
          </w:tcPr>
          <w:p w:rsidR="00EC7804" w:rsidRPr="00A07EA3" w:rsidRDefault="00605047">
            <w:pPr>
              <w:rPr>
                <w:rFonts w:ascii="Times New Roman" w:hAnsi="Times New Roman" w:cs="Times New Roman"/>
              </w:rPr>
            </w:pPr>
            <w:r w:rsidRPr="00A07EA3">
              <w:rPr>
                <w:rFonts w:ascii="Times New Roman" w:hAnsi="Times New Roman" w:cs="Times New Roman"/>
              </w:rPr>
              <w:br/>
            </w:r>
            <w:r w:rsidRPr="00A07EA3">
              <w:rPr>
                <w:rFonts w:ascii="Times New Roman" w:hAnsi="Times New Roman" w:cs="Times New Roman"/>
              </w:rPr>
              <w:br/>
            </w:r>
          </w:p>
        </w:tc>
      </w:tr>
      <w:tr w:rsidR="00A07EA3" w:rsidRPr="00A07EA3" w:rsidTr="00A07EA3">
        <w:trPr>
          <w:trHeight w:val="774"/>
        </w:trPr>
        <w:tc>
          <w:tcPr>
            <w:tcW w:w="3085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</w:tr>
      <w:tr w:rsidR="00A07EA3" w:rsidRPr="00A07EA3" w:rsidTr="00A07EA3">
        <w:trPr>
          <w:trHeight w:val="774"/>
        </w:trPr>
        <w:tc>
          <w:tcPr>
            <w:tcW w:w="3085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</w:tr>
      <w:tr w:rsidR="00A07EA3" w:rsidRPr="00A07EA3" w:rsidTr="00A07EA3">
        <w:trPr>
          <w:trHeight w:val="774"/>
        </w:trPr>
        <w:tc>
          <w:tcPr>
            <w:tcW w:w="3085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</w:tr>
      <w:tr w:rsidR="00A07EA3" w:rsidRPr="00A07EA3" w:rsidTr="00A07EA3">
        <w:trPr>
          <w:trHeight w:val="774"/>
        </w:trPr>
        <w:tc>
          <w:tcPr>
            <w:tcW w:w="3085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</w:tr>
      <w:tr w:rsidR="00A07EA3" w:rsidRPr="00A07EA3" w:rsidTr="00A07EA3">
        <w:trPr>
          <w:trHeight w:val="774"/>
        </w:trPr>
        <w:tc>
          <w:tcPr>
            <w:tcW w:w="3085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A07EA3" w:rsidRPr="00A07EA3" w:rsidRDefault="00A07EA3">
            <w:pPr>
              <w:rPr>
                <w:rFonts w:ascii="Times New Roman" w:hAnsi="Times New Roman" w:cs="Times New Roman"/>
              </w:rPr>
            </w:pPr>
          </w:p>
        </w:tc>
      </w:tr>
    </w:tbl>
    <w:p w:rsidR="00605047" w:rsidRPr="00A07EA3" w:rsidRDefault="00605047" w:rsidP="00A07EA3">
      <w:pPr>
        <w:rPr>
          <w:rFonts w:ascii="Times New Roman" w:hAnsi="Times New Roman" w:cs="Times New Roman"/>
        </w:rPr>
      </w:pPr>
    </w:p>
    <w:sectPr w:rsidR="00605047" w:rsidRPr="00A07EA3" w:rsidSect="00034616">
      <w:headerReference w:type="default" r:id="rId8"/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047" w:rsidRDefault="00605047" w:rsidP="00A07EA3">
      <w:pPr>
        <w:spacing w:after="0" w:line="240" w:lineRule="auto"/>
      </w:pPr>
      <w:r>
        <w:separator/>
      </w:r>
    </w:p>
  </w:endnote>
  <w:endnote w:type="continuationSeparator" w:id="0">
    <w:p w:rsidR="00605047" w:rsidRDefault="00605047" w:rsidP="00A0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047" w:rsidRDefault="00605047" w:rsidP="00A07EA3">
      <w:pPr>
        <w:spacing w:after="0" w:line="240" w:lineRule="auto"/>
      </w:pPr>
      <w:r>
        <w:separator/>
      </w:r>
    </w:p>
  </w:footnote>
  <w:footnote w:type="continuationSeparator" w:id="0">
    <w:p w:rsidR="00605047" w:rsidRDefault="00605047" w:rsidP="00A07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EA3" w:rsidRDefault="00A07EA3" w:rsidP="00A07EA3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1F1F1F"/>
        <w:sz w:val="20"/>
        <w:szCs w:val="20"/>
        <w:bdr w:val="none" w:sz="0" w:space="0" w:color="auto" w:frame="1"/>
        <w:lang w:eastAsia="pt-BR"/>
      </w:rPr>
    </w:pPr>
    <w:r>
      <w:rPr>
        <w:rFonts w:ascii="Times New Roman" w:eastAsia="Times New Roman" w:hAnsi="Times New Roman" w:cs="Times New Roman"/>
        <w:b/>
        <w:bCs/>
        <w:noProof/>
        <w:color w:val="1F1F1F"/>
        <w:sz w:val="20"/>
        <w:szCs w:val="20"/>
        <w:bdr w:val="none" w:sz="0" w:space="0" w:color="auto" w:frame="1"/>
        <w:lang w:eastAsia="pt-BR"/>
      </w:rPr>
      <w:drawing>
        <wp:inline distT="0" distB="0" distL="0" distR="0" wp14:anchorId="43819AB9" wp14:editId="5E198BB7">
          <wp:extent cx="609600" cy="640080"/>
          <wp:effectExtent l="0" t="0" r="0" b="762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fopa braso oficial JPG pequeno papel timbrad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640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07EA3" w:rsidRPr="008B52CA" w:rsidRDefault="00A07EA3" w:rsidP="00A07EA3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1F1F1F"/>
        <w:sz w:val="20"/>
        <w:szCs w:val="20"/>
        <w:bdr w:val="none" w:sz="0" w:space="0" w:color="auto" w:frame="1"/>
        <w:lang w:eastAsia="pt-BR"/>
      </w:rPr>
    </w:pPr>
    <w:r w:rsidRPr="008B52CA">
      <w:rPr>
        <w:rFonts w:ascii="Times New Roman" w:eastAsia="Times New Roman" w:hAnsi="Times New Roman" w:cs="Times New Roman"/>
        <w:b/>
        <w:bCs/>
        <w:color w:val="1F1F1F"/>
        <w:sz w:val="20"/>
        <w:szCs w:val="20"/>
        <w:bdr w:val="none" w:sz="0" w:space="0" w:color="auto" w:frame="1"/>
        <w:lang w:eastAsia="pt-BR"/>
      </w:rPr>
      <w:t>UNIVERSIDADE FEDERAL DO OESTE DO PARÁ (UFOPA)</w:t>
    </w:r>
  </w:p>
  <w:p w:rsidR="00A07EA3" w:rsidRPr="008B52CA" w:rsidRDefault="00A07EA3" w:rsidP="00A07EA3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1F1F1F"/>
        <w:sz w:val="20"/>
        <w:szCs w:val="20"/>
        <w:bdr w:val="none" w:sz="0" w:space="0" w:color="auto" w:frame="1"/>
        <w:lang w:eastAsia="pt-BR"/>
      </w:rPr>
    </w:pPr>
    <w:r w:rsidRPr="008B52CA">
      <w:rPr>
        <w:rFonts w:ascii="Times New Roman" w:eastAsia="Times New Roman" w:hAnsi="Times New Roman" w:cs="Times New Roman"/>
        <w:b/>
        <w:bCs/>
        <w:color w:val="1F1F1F"/>
        <w:sz w:val="20"/>
        <w:szCs w:val="20"/>
        <w:bdr w:val="none" w:sz="0" w:space="0" w:color="auto" w:frame="1"/>
        <w:lang w:eastAsia="pt-BR"/>
      </w:rPr>
      <w:t>INSTITUTO DE CIÊNCIAS DA EDUCAÇÃO (ICED)</w:t>
    </w:r>
  </w:p>
  <w:p w:rsidR="00A07EA3" w:rsidRPr="008B52CA" w:rsidRDefault="00A07EA3" w:rsidP="00A07EA3">
    <w:pPr>
      <w:spacing w:after="0" w:line="240" w:lineRule="auto"/>
      <w:jc w:val="center"/>
      <w:rPr>
        <w:rFonts w:ascii="Times New Roman" w:eastAsia="Times New Roman" w:hAnsi="Times New Roman" w:cs="Times New Roman"/>
        <w:color w:val="1F1F1F"/>
        <w:sz w:val="20"/>
        <w:szCs w:val="20"/>
        <w:lang w:eastAsia="pt-BR"/>
      </w:rPr>
    </w:pPr>
    <w:r w:rsidRPr="008B52CA">
      <w:rPr>
        <w:rFonts w:ascii="Times New Roman" w:eastAsia="Times New Roman" w:hAnsi="Times New Roman" w:cs="Times New Roman"/>
        <w:b/>
        <w:bCs/>
        <w:color w:val="1F1F1F"/>
        <w:sz w:val="20"/>
        <w:szCs w:val="20"/>
        <w:bdr w:val="none" w:sz="0" w:space="0" w:color="auto" w:frame="1"/>
        <w:lang w:eastAsia="pt-BR"/>
      </w:rPr>
      <w:t>CENTRO PEDAGÓGICO DE APOIO AO DESENVOLVIMENTO CIENTÍFICO (CPADC)</w:t>
    </w:r>
  </w:p>
  <w:p w:rsidR="00A07EA3" w:rsidRPr="008B52CA" w:rsidRDefault="00A07EA3" w:rsidP="00A07EA3">
    <w:pPr>
      <w:spacing w:after="0" w:line="240" w:lineRule="auto"/>
      <w:jc w:val="center"/>
      <w:rPr>
        <w:rFonts w:ascii="Times New Roman" w:eastAsia="Times New Roman" w:hAnsi="Times New Roman" w:cs="Times New Roman"/>
        <w:color w:val="1F1F1F"/>
        <w:sz w:val="20"/>
        <w:szCs w:val="20"/>
        <w:lang w:eastAsia="pt-BR"/>
      </w:rPr>
    </w:pPr>
    <w:r w:rsidRPr="008B52CA">
      <w:rPr>
        <w:rFonts w:ascii="Times New Roman" w:eastAsia="Times New Roman" w:hAnsi="Times New Roman" w:cs="Times New Roman"/>
        <w:b/>
        <w:bCs/>
        <w:color w:val="1F1F1F"/>
        <w:sz w:val="20"/>
        <w:szCs w:val="20"/>
        <w:bdr w:val="none" w:sz="0" w:space="0" w:color="auto" w:frame="1"/>
        <w:lang w:eastAsia="pt-BR"/>
      </w:rPr>
      <w:t>FEIRA DE CIÊNCIAS E TECNOLOGIA DO OESTE DO PARÁ – FECITBA-PA</w:t>
    </w:r>
  </w:p>
  <w:p w:rsidR="00A07EA3" w:rsidRDefault="00A07EA3" w:rsidP="00A07EA3">
    <w:pPr>
      <w:spacing w:after="0" w:line="240" w:lineRule="auto"/>
      <w:jc w:val="center"/>
      <w:outlineLvl w:val="2"/>
      <w:rPr>
        <w:rFonts w:ascii="Times New Roman" w:eastAsia="Times New Roman" w:hAnsi="Times New Roman" w:cs="Times New Roman"/>
        <w:b/>
        <w:bCs/>
        <w:color w:val="1F1F1F"/>
        <w:sz w:val="20"/>
        <w:szCs w:val="20"/>
        <w:lang w:eastAsia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05047"/>
    <w:rsid w:val="00A07EA3"/>
    <w:rsid w:val="00AA1D8D"/>
    <w:rsid w:val="00B47730"/>
    <w:rsid w:val="00CB0664"/>
    <w:rsid w:val="00D87A1F"/>
    <w:rsid w:val="00EC78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251A23D-5DBF-4B08-B638-08C25AE8F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E1EB57-6C20-471C-AABD-FC78AF33E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1635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1934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Conta da Microsoft</cp:lastModifiedBy>
  <cp:revision>2</cp:revision>
  <dcterms:created xsi:type="dcterms:W3CDTF">2026-10-14T01:53:00Z</dcterms:created>
  <dcterms:modified xsi:type="dcterms:W3CDTF">2026-10-14T01:53:00Z</dcterms:modified>
  <cp:category/>
</cp:coreProperties>
</file>